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C3196" w14:textId="77777777" w:rsidR="00514D3A" w:rsidRDefault="002A1564">
      <w:pPr>
        <w:spacing w:after="0"/>
        <w:jc w:val="center"/>
      </w:pPr>
      <w:r>
        <w:rPr>
          <w:b/>
          <w:sz w:val="24"/>
        </w:rPr>
        <w:t>St. Paul School</w:t>
      </w:r>
    </w:p>
    <w:p w14:paraId="5147315D" w14:textId="77777777" w:rsidR="00514D3A" w:rsidRDefault="002A1564">
      <w:pPr>
        <w:spacing w:after="0"/>
        <w:jc w:val="center"/>
      </w:pPr>
      <w:r>
        <w:rPr>
          <w:b/>
          <w:sz w:val="24"/>
        </w:rPr>
        <w:t>Parish Education Committee</w:t>
      </w:r>
    </w:p>
    <w:p w14:paraId="333DAFE0" w14:textId="77777777" w:rsidR="00514D3A" w:rsidRDefault="002A1564">
      <w:pPr>
        <w:spacing w:after="0"/>
        <w:jc w:val="center"/>
      </w:pPr>
      <w:r>
        <w:rPr>
          <w:b/>
          <w:sz w:val="24"/>
        </w:rPr>
        <w:t>Minutes of the Meeting</w:t>
      </w:r>
    </w:p>
    <w:p w14:paraId="6090FE36" w14:textId="77777777" w:rsidR="00514D3A" w:rsidRDefault="002A1564">
      <w:pPr>
        <w:spacing w:after="0"/>
        <w:jc w:val="center"/>
      </w:pPr>
      <w:r>
        <w:rPr>
          <w:b/>
          <w:sz w:val="24"/>
        </w:rPr>
        <w:t>Tuesday, September 15th, 2026</w:t>
      </w:r>
    </w:p>
    <w:p w14:paraId="357555A7" w14:textId="77777777" w:rsidR="00514D3A" w:rsidRDefault="00514D3A">
      <w:pPr>
        <w:spacing w:after="4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12"/>
        <w:gridCol w:w="3816"/>
        <w:gridCol w:w="3816"/>
      </w:tblGrid>
      <w:tr w:rsidR="00514D3A" w14:paraId="7EA9B1EB" w14:textId="77777777">
        <w:tc>
          <w:tcPr>
            <w:tcW w:w="1512" w:type="dxa"/>
          </w:tcPr>
          <w:p w14:paraId="7163C10E" w14:textId="77777777" w:rsidR="00514D3A" w:rsidRDefault="002A1564" w:rsidP="00B62B33">
            <w:pPr>
              <w:spacing w:after="0"/>
            </w:pPr>
            <w:r>
              <w:rPr>
                <w:b/>
              </w:rPr>
              <w:t>Present:</w:t>
            </w:r>
          </w:p>
        </w:tc>
        <w:tc>
          <w:tcPr>
            <w:tcW w:w="3816" w:type="dxa"/>
          </w:tcPr>
          <w:p w14:paraId="1E3B8D28" w14:textId="77777777" w:rsidR="00514D3A" w:rsidRDefault="002A1564" w:rsidP="00B62B33">
            <w:pPr>
              <w:spacing w:after="0"/>
            </w:pPr>
            <w:r>
              <w:t>Ms. Maureen Griffin</w:t>
            </w:r>
            <w:r>
              <w:br/>
              <w:t>Fr. Thomas Smith</w:t>
            </w:r>
            <w:r>
              <w:br/>
              <w:t>Mr. Robert Kirkham</w:t>
            </w:r>
          </w:p>
          <w:p w14:paraId="1AF22AAD" w14:textId="547C0C8B" w:rsidR="00B62B33" w:rsidRDefault="00B62B33" w:rsidP="00B62B33">
            <w:pPr>
              <w:spacing w:after="0"/>
            </w:pPr>
            <w:r>
              <w:t>Mrs. Jenny Chau</w:t>
            </w:r>
          </w:p>
        </w:tc>
        <w:tc>
          <w:tcPr>
            <w:tcW w:w="3816" w:type="dxa"/>
          </w:tcPr>
          <w:p w14:paraId="42299279" w14:textId="77777777" w:rsidR="009B7E05" w:rsidRDefault="009B7E05" w:rsidP="00B62B33">
            <w:pPr>
              <w:spacing w:after="0"/>
            </w:pPr>
            <w:r>
              <w:t>Mrs. Kitty Estrella</w:t>
            </w:r>
            <w:r>
              <w:br/>
            </w:r>
            <w:r w:rsidR="002A1564">
              <w:t xml:space="preserve">Mr. </w:t>
            </w:r>
            <w:r>
              <w:t>Joey Boyes</w:t>
            </w:r>
          </w:p>
          <w:p w14:paraId="575BFA99" w14:textId="151AA5E2" w:rsidR="00514D3A" w:rsidRDefault="002A1564" w:rsidP="00B62B33">
            <w:pPr>
              <w:spacing w:after="0"/>
            </w:pPr>
            <w:r>
              <w:t>Mr. Harry Chik</w:t>
            </w:r>
            <w:r>
              <w:br/>
              <w:t>Mr. Stephen Litam</w:t>
            </w:r>
            <w:r>
              <w:br/>
              <w:t xml:space="preserve">Mrs. Imelda </w:t>
            </w:r>
            <w:r w:rsidR="009B7E05">
              <w:t>Cheung</w:t>
            </w:r>
          </w:p>
        </w:tc>
      </w:tr>
      <w:tr w:rsidR="00514D3A" w14:paraId="2EBE876C" w14:textId="77777777">
        <w:tc>
          <w:tcPr>
            <w:tcW w:w="1512" w:type="dxa"/>
          </w:tcPr>
          <w:p w14:paraId="4F1B8B9E" w14:textId="77777777" w:rsidR="00514D3A" w:rsidRDefault="002A1564">
            <w:r>
              <w:rPr>
                <w:b/>
              </w:rPr>
              <w:t>Absent:</w:t>
            </w:r>
          </w:p>
        </w:tc>
        <w:tc>
          <w:tcPr>
            <w:tcW w:w="3816" w:type="dxa"/>
          </w:tcPr>
          <w:p w14:paraId="6EC800FD" w14:textId="1DCE212D" w:rsidR="00514D3A" w:rsidRDefault="009B7E05">
            <w:r>
              <w:t>Mr. Fred Cheng</w:t>
            </w:r>
          </w:p>
        </w:tc>
        <w:tc>
          <w:tcPr>
            <w:tcW w:w="3816" w:type="dxa"/>
          </w:tcPr>
          <w:p w14:paraId="09DAECE3" w14:textId="77777777" w:rsidR="00514D3A" w:rsidRDefault="00514D3A"/>
        </w:tc>
      </w:tr>
    </w:tbl>
    <w:p w14:paraId="5E5E1499" w14:textId="4CF42B1B" w:rsidR="00514D3A" w:rsidRDefault="002A1564">
      <w:pPr>
        <w:spacing w:after="200"/>
      </w:pPr>
      <w:r>
        <w:t xml:space="preserve">The meeting began </w:t>
      </w:r>
      <w:r w:rsidR="009B7E05">
        <w:t xml:space="preserve">at 7:03 pm </w:t>
      </w:r>
      <w:r>
        <w:t>with an opening prayer.</w:t>
      </w:r>
    </w:p>
    <w:p w14:paraId="5A490DAB" w14:textId="4E268433" w:rsidR="00514D3A" w:rsidRDefault="002A1564">
      <w:pPr>
        <w:spacing w:after="200"/>
      </w:pPr>
      <w:r>
        <w:t xml:space="preserve">There were no minutes for approval, as the previous minutes had already been approved in June. </w:t>
      </w:r>
    </w:p>
    <w:p w14:paraId="3F9E3C07" w14:textId="77777777" w:rsidR="00514D3A" w:rsidRDefault="002A1564">
      <w:pPr>
        <w:keepNext/>
        <w:spacing w:after="40"/>
      </w:pPr>
      <w:r>
        <w:rPr>
          <w:b/>
          <w:sz w:val="23"/>
        </w:rPr>
        <w:t>Chairperson’s Report</w:t>
      </w:r>
    </w:p>
    <w:p w14:paraId="3471A964" w14:textId="77777777" w:rsidR="00514D3A" w:rsidRDefault="002A1564">
      <w:pPr>
        <w:spacing w:after="200"/>
      </w:pPr>
      <w:r>
        <w:t>No report.</w:t>
      </w:r>
    </w:p>
    <w:p w14:paraId="077C3ACC" w14:textId="77777777" w:rsidR="00514D3A" w:rsidRDefault="002A1564">
      <w:pPr>
        <w:keepNext/>
        <w:spacing w:after="40"/>
      </w:pPr>
      <w:r>
        <w:rPr>
          <w:b/>
          <w:sz w:val="23"/>
        </w:rPr>
        <w:t>Principal’s Report</w:t>
      </w:r>
    </w:p>
    <w:p w14:paraId="43E852F1" w14:textId="77777777" w:rsidR="00514D3A" w:rsidRDefault="002A1564">
      <w:pPr>
        <w:spacing w:after="80"/>
      </w:pPr>
      <w:r>
        <w:t>Ms. Maureen Griffin reported on the following:</w:t>
      </w:r>
    </w:p>
    <w:p w14:paraId="42C2AF2F" w14:textId="44D33C86" w:rsidR="00514D3A" w:rsidRDefault="002A1564">
      <w:pPr>
        <w:spacing w:after="60"/>
        <w:ind w:left="605" w:hanging="259"/>
      </w:pPr>
      <w:r>
        <w:t xml:space="preserve">•  </w:t>
      </w:r>
      <w:r>
        <w:rPr>
          <w:b/>
        </w:rPr>
        <w:t xml:space="preserve">CISVA Staff Development Day: </w:t>
      </w:r>
      <w:r>
        <w:t>Staff returned on September 2nd for the system-wide professional development and faith formation day. Approximately 1,</w:t>
      </w:r>
      <w:r w:rsidR="00CF5D81">
        <w:t>5</w:t>
      </w:r>
      <w:r>
        <w:t xml:space="preserve">00 CISVA staff </w:t>
      </w:r>
      <w:proofErr w:type="gramStart"/>
      <w:r>
        <w:t>gathered together</w:t>
      </w:r>
      <w:proofErr w:type="gramEnd"/>
      <w:r>
        <w:t xml:space="preserve"> for professional development, faith inspiration, and connection with colleagues across the system. Chris Paget</w:t>
      </w:r>
      <w:r w:rsidR="009B7E05">
        <w:t xml:space="preserve">t </w:t>
      </w:r>
      <w:r>
        <w:t>was the guest speaker.</w:t>
      </w:r>
    </w:p>
    <w:p w14:paraId="41C76A6D" w14:textId="3F148348" w:rsidR="00514D3A" w:rsidRDefault="002A1564">
      <w:pPr>
        <w:spacing w:after="60"/>
        <w:ind w:left="605" w:hanging="259"/>
      </w:pPr>
      <w:r>
        <w:t xml:space="preserve">•  </w:t>
      </w:r>
      <w:r>
        <w:rPr>
          <w:b/>
        </w:rPr>
        <w:t xml:space="preserve">Meet the Teacher: </w:t>
      </w:r>
      <w:r>
        <w:t xml:space="preserve">The school shared information about </w:t>
      </w:r>
      <w:r w:rsidR="009B7E05">
        <w:t xml:space="preserve">the </w:t>
      </w:r>
      <w:r>
        <w:t>new</w:t>
      </w:r>
      <w:r w:rsidR="009B7E05">
        <w:t xml:space="preserve"> “Let Grow”</w:t>
      </w:r>
      <w:r>
        <w:t xml:space="preserve"> program</w:t>
      </w:r>
      <w:r w:rsidR="009B7E05">
        <w:t>.</w:t>
      </w:r>
      <w:r w:rsidR="002613B6">
        <w:t xml:space="preserve"> </w:t>
      </w:r>
      <w:r w:rsidR="009B7E05">
        <w:t xml:space="preserve">The intention is </w:t>
      </w:r>
      <w:r>
        <w:t>to encourage students to try new experiences and move outside their comfort zones.</w:t>
      </w:r>
    </w:p>
    <w:p w14:paraId="1A4AB4F6" w14:textId="77777777" w:rsidR="00514D3A" w:rsidRDefault="002A1564">
      <w:pPr>
        <w:spacing w:after="60"/>
        <w:ind w:left="605" w:hanging="259"/>
      </w:pPr>
      <w:r>
        <w:t xml:space="preserve">•  </w:t>
      </w:r>
      <w:r>
        <w:rPr>
          <w:b/>
        </w:rPr>
        <w:t xml:space="preserve">School Photos: </w:t>
      </w:r>
      <w:r>
        <w:t>LifeTouch will continue as the school photographer based on pricing, quality, and customer service.</w:t>
      </w:r>
    </w:p>
    <w:p w14:paraId="3F0D0148" w14:textId="2C53AD62" w:rsidR="00514D3A" w:rsidRDefault="002A1564">
      <w:pPr>
        <w:spacing w:after="60"/>
        <w:ind w:left="605" w:hanging="259"/>
      </w:pPr>
      <w:r>
        <w:t xml:space="preserve">•  </w:t>
      </w:r>
      <w:r>
        <w:rPr>
          <w:b/>
        </w:rPr>
        <w:t xml:space="preserve">Volleyball: </w:t>
      </w:r>
      <w:r>
        <w:t>Boys’ and girls’ teams are underway. M</w:t>
      </w:r>
      <w:r w:rsidR="009B7E05">
        <w:t>iss Aldave</w:t>
      </w:r>
      <w:r>
        <w:t xml:space="preserve"> has taken on PE and extracurricular coordination, and scheduling is beginning for games and October tournaments.</w:t>
      </w:r>
    </w:p>
    <w:p w14:paraId="70F6FEAB" w14:textId="77777777" w:rsidR="00514D3A" w:rsidRDefault="002A1564">
      <w:pPr>
        <w:spacing w:after="60"/>
        <w:ind w:left="605" w:hanging="259"/>
      </w:pPr>
      <w:r>
        <w:t xml:space="preserve">•  </w:t>
      </w:r>
      <w:r>
        <w:rPr>
          <w:b/>
        </w:rPr>
        <w:t xml:space="preserve">Cross Country: </w:t>
      </w:r>
      <w:r>
        <w:t>Cross country has started, with practices underway and staff coaches supporting the program.</w:t>
      </w:r>
    </w:p>
    <w:p w14:paraId="4E94EC51" w14:textId="77777777" w:rsidR="00514D3A" w:rsidRDefault="002A1564">
      <w:pPr>
        <w:spacing w:after="60"/>
        <w:ind w:left="605" w:hanging="259"/>
      </w:pPr>
      <w:r>
        <w:t xml:space="preserve">•  </w:t>
      </w:r>
      <w:r>
        <w:rPr>
          <w:b/>
        </w:rPr>
        <w:t xml:space="preserve">Orange Shirt Day / National Day for Truth and Reconciliation: </w:t>
      </w:r>
      <w:r>
        <w:t>The school will observe Orange Shirt Day on Tuesday, September 29th. September 30th is the statutory holiday for National Day for Truth and Reconciliation.</w:t>
      </w:r>
    </w:p>
    <w:p w14:paraId="423AC58E" w14:textId="77777777" w:rsidR="00514D3A" w:rsidRDefault="002A1564">
      <w:pPr>
        <w:spacing w:after="60"/>
        <w:ind w:left="605" w:hanging="259"/>
      </w:pPr>
      <w:r>
        <w:t xml:space="preserve">•  </w:t>
      </w:r>
      <w:r>
        <w:rPr>
          <w:b/>
        </w:rPr>
        <w:t xml:space="preserve">Pet Blessing: </w:t>
      </w:r>
      <w:r>
        <w:t>The school’s pet blessing will be held on Thursday, October 1st, ahead of the Feast of St. Francis of Assisi.</w:t>
      </w:r>
    </w:p>
    <w:p w14:paraId="340A5B7A" w14:textId="77777777" w:rsidR="009B7E05" w:rsidRDefault="002A1564" w:rsidP="009B7E05">
      <w:pPr>
        <w:spacing w:after="60"/>
        <w:ind w:left="605" w:hanging="259"/>
      </w:pPr>
      <w:r>
        <w:t xml:space="preserve">•  </w:t>
      </w:r>
      <w:r>
        <w:rPr>
          <w:b/>
        </w:rPr>
        <w:t xml:space="preserve">Walkathon: </w:t>
      </w:r>
      <w:r>
        <w:t>The Walkathon will take place on Friday, October 2nd. The event was launched with a school assembly, and new parent coordinators are sharing the organization of the event.</w:t>
      </w:r>
    </w:p>
    <w:p w14:paraId="638F0D55" w14:textId="5920A421" w:rsidR="00514D3A" w:rsidRDefault="002A1564" w:rsidP="009B7E05">
      <w:pPr>
        <w:spacing w:after="60"/>
        <w:ind w:left="1440"/>
      </w:pPr>
      <w:r>
        <w:rPr>
          <w:b/>
        </w:rPr>
        <w:t xml:space="preserve">Walkathon Community Barbecue: </w:t>
      </w:r>
      <w:r>
        <w:t xml:space="preserve">The school plans to add a post-Walkathon barbecue/social in partnership with the Knights of Columbus. Families will be asked to pick up their children at dismissal and are encouraged to remain for </w:t>
      </w:r>
      <w:r w:rsidR="009B7E05">
        <w:t>the BBQ</w:t>
      </w:r>
      <w:r>
        <w:t xml:space="preserve"> and community-building.</w:t>
      </w:r>
    </w:p>
    <w:p w14:paraId="01FF5B30" w14:textId="7222BEDE" w:rsidR="00514D3A" w:rsidRDefault="002A1564" w:rsidP="00430E3C">
      <w:pPr>
        <w:spacing w:after="60"/>
        <w:ind w:left="605" w:hanging="259"/>
      </w:pPr>
      <w:r>
        <w:lastRenderedPageBreak/>
        <w:t xml:space="preserve">•  </w:t>
      </w:r>
      <w:r>
        <w:rPr>
          <w:b/>
        </w:rPr>
        <w:t xml:space="preserve">Staffing: </w:t>
      </w:r>
      <w:r w:rsidR="00430E3C">
        <w:rPr>
          <w:bCs/>
        </w:rPr>
        <w:t xml:space="preserve">Summer hires: </w:t>
      </w:r>
      <w:r>
        <w:t>new PE teacher</w:t>
      </w:r>
      <w:r w:rsidR="00430E3C">
        <w:t xml:space="preserve"> Dana Aldave and new EA Ivy </w:t>
      </w:r>
      <w:proofErr w:type="spellStart"/>
      <w:r w:rsidR="00430E3C">
        <w:t>Zuzartee</w:t>
      </w:r>
      <w:proofErr w:type="spellEnd"/>
      <w:r w:rsidR="00430E3C">
        <w:t xml:space="preserve">. </w:t>
      </w:r>
      <w:r>
        <w:t xml:space="preserve">Mr. Kelly remains with the school at </w:t>
      </w:r>
      <w:r w:rsidR="00430E3C">
        <w:t>50</w:t>
      </w:r>
      <w:r>
        <w:t>% for music.</w:t>
      </w:r>
    </w:p>
    <w:p w14:paraId="3C59E3BB" w14:textId="686C0E4E" w:rsidR="00514D3A" w:rsidRDefault="002A1564">
      <w:pPr>
        <w:spacing w:after="60"/>
        <w:ind w:left="605" w:hanging="259"/>
      </w:pPr>
      <w:r>
        <w:t xml:space="preserve">•  </w:t>
      </w:r>
      <w:r>
        <w:rPr>
          <w:b/>
        </w:rPr>
        <w:t xml:space="preserve">Grade 7 Outdoor Education: </w:t>
      </w:r>
      <w:r>
        <w:t xml:space="preserve">Outdoor Education is scheduled for </w:t>
      </w:r>
      <w:r w:rsidR="00430E3C">
        <w:t>September 22 - 25</w:t>
      </w:r>
      <w:r>
        <w:t xml:space="preserve">. Staff attending include Mr. Kelly, Mr. Addison, Mrs. </w:t>
      </w:r>
      <w:r w:rsidR="00CF5D81">
        <w:t>Knoll</w:t>
      </w:r>
      <w:r>
        <w:t xml:space="preserve"> and Ms. Griffin.</w:t>
      </w:r>
    </w:p>
    <w:p w14:paraId="1355F827" w14:textId="0EC7852A" w:rsidR="00B62B33" w:rsidRDefault="002A1564" w:rsidP="00B62B33">
      <w:pPr>
        <w:spacing w:after="60"/>
        <w:ind w:left="605" w:hanging="259"/>
      </w:pPr>
      <w:r>
        <w:t xml:space="preserve">•  </w:t>
      </w:r>
      <w:r w:rsidRPr="00430E3C">
        <w:rPr>
          <w:b/>
          <w:szCs w:val="20"/>
        </w:rPr>
        <w:t xml:space="preserve">Chromebook </w:t>
      </w:r>
      <w:r w:rsidR="00B62B33">
        <w:rPr>
          <w:b/>
          <w:szCs w:val="20"/>
        </w:rPr>
        <w:t>Ownership Program</w:t>
      </w:r>
      <w:r w:rsidR="00430E3C">
        <w:rPr>
          <w:b/>
          <w:szCs w:val="20"/>
        </w:rPr>
        <w:t xml:space="preserve"> Proposal:</w:t>
      </w:r>
      <w:r w:rsidR="00430E3C">
        <w:t xml:space="preserve"> </w:t>
      </w:r>
      <w:r>
        <w:t xml:space="preserve">The PEC reviewed a proposed four-year Chromebook ownership model for Grades 4-7. Under the model, each Grade 4 student would receive a dedicated Chromebook for exclusive use through Grade 7. </w:t>
      </w:r>
      <w:r w:rsidR="00B62B33">
        <w:t>Each</w:t>
      </w:r>
      <w:r>
        <w:t xml:space="preserve"> famil</w:t>
      </w:r>
      <w:r w:rsidR="00776BA5">
        <w:t>y</w:t>
      </w:r>
      <w:r w:rsidR="00B62B33">
        <w:t xml:space="preserve"> will</w:t>
      </w:r>
      <w:r>
        <w:t xml:space="preserve"> contribut</w:t>
      </w:r>
      <w:r w:rsidR="00B62B33">
        <w:t>e</w:t>
      </w:r>
      <w:r>
        <w:t xml:space="preserve"> toward the cost and the school subsidizing the balance. At the end of Grade 7, the device would become the student’s property, provided financial obligations have been met.</w:t>
      </w:r>
      <w:r w:rsidR="00B62B33">
        <w:t xml:space="preserve"> Intentional damage would remain the responsibility of the family, while reasonable wear and tear would be covered by the school. The existing annual $200 damage cheque would continue and would only be cashed where intentional damage is established.</w:t>
      </w:r>
    </w:p>
    <w:p w14:paraId="076A9BAC" w14:textId="641DB58D" w:rsidR="00514D3A" w:rsidRDefault="00514D3A" w:rsidP="00430E3C">
      <w:pPr>
        <w:spacing w:after="60"/>
        <w:ind w:left="605" w:hanging="259"/>
      </w:pPr>
    </w:p>
    <w:p w14:paraId="0A43772B" w14:textId="6BB71522" w:rsidR="00B62B33" w:rsidRPr="00B62B33" w:rsidRDefault="00B62B33" w:rsidP="00B62B33">
      <w:pPr>
        <w:spacing w:before="100" w:after="160"/>
        <w:ind w:left="346" w:right="360"/>
        <w:rPr>
          <w:b/>
        </w:rPr>
      </w:pPr>
      <w:r>
        <w:rPr>
          <w:b/>
        </w:rPr>
        <w:t>A m</w:t>
      </w:r>
      <w:r w:rsidRPr="00B62B33">
        <w:rPr>
          <w:b/>
        </w:rPr>
        <w:t>otion</w:t>
      </w:r>
      <w:r>
        <w:rPr>
          <w:b/>
        </w:rPr>
        <w:t xml:space="preserve"> was proposed by Joey Boyes t</w:t>
      </w:r>
      <w:r w:rsidRPr="00B62B33">
        <w:rPr>
          <w:b/>
        </w:rPr>
        <w:t>o approve the Chromebook</w:t>
      </w:r>
      <w:r>
        <w:rPr>
          <w:b/>
        </w:rPr>
        <w:t xml:space="preserve"> Ownership Program starting with current Grade 4 and</w:t>
      </w:r>
      <w:r w:rsidRPr="00B62B33">
        <w:rPr>
          <w:b/>
        </w:rPr>
        <w:t xml:space="preserve"> 5 families contributing $50 per year through Grade 7. The contribution for each new incoming Grade 4 cohort will be reviewed annually based on device cost. </w:t>
      </w:r>
      <w:r>
        <w:rPr>
          <w:b/>
        </w:rPr>
        <w:t xml:space="preserve"> </w:t>
      </w:r>
      <w:r w:rsidRPr="00B62B33">
        <w:rPr>
          <w:b/>
        </w:rPr>
        <w:t xml:space="preserve">The motion </w:t>
      </w:r>
      <w:r>
        <w:rPr>
          <w:b/>
        </w:rPr>
        <w:t xml:space="preserve">was second by Jenny </w:t>
      </w:r>
      <w:r w:rsidR="00815D78">
        <w:rPr>
          <w:b/>
        </w:rPr>
        <w:t xml:space="preserve">Chau. The motion </w:t>
      </w:r>
      <w:r w:rsidRPr="00B62B33">
        <w:rPr>
          <w:b/>
        </w:rPr>
        <w:t xml:space="preserve">passed with the PEC in </w:t>
      </w:r>
      <w:proofErr w:type="spellStart"/>
      <w:r w:rsidRPr="00B62B33">
        <w:rPr>
          <w:b/>
        </w:rPr>
        <w:t>favour</w:t>
      </w:r>
      <w:proofErr w:type="spellEnd"/>
      <w:r w:rsidRPr="00B62B33">
        <w:rPr>
          <w:b/>
        </w:rPr>
        <w:t>.</w:t>
      </w:r>
    </w:p>
    <w:p w14:paraId="3C7D4057" w14:textId="77777777" w:rsidR="00B62B33" w:rsidRDefault="00B62B33" w:rsidP="00430E3C">
      <w:pPr>
        <w:spacing w:after="60"/>
        <w:ind w:left="605" w:hanging="259"/>
      </w:pPr>
    </w:p>
    <w:p w14:paraId="2B5D3842" w14:textId="77777777" w:rsidR="00514D3A" w:rsidRDefault="002A1564">
      <w:pPr>
        <w:keepNext/>
        <w:spacing w:after="40"/>
      </w:pPr>
      <w:r>
        <w:rPr>
          <w:b/>
          <w:sz w:val="23"/>
        </w:rPr>
        <w:t>Pastor’s Report</w:t>
      </w:r>
    </w:p>
    <w:p w14:paraId="3244058F" w14:textId="77777777" w:rsidR="00514D3A" w:rsidRDefault="002A1564">
      <w:pPr>
        <w:spacing w:after="80"/>
      </w:pPr>
      <w:r>
        <w:t>Fr. Thomas Smith reported:</w:t>
      </w:r>
    </w:p>
    <w:p w14:paraId="769600A9" w14:textId="77777777" w:rsidR="00514D3A" w:rsidRDefault="002A1564">
      <w:pPr>
        <w:spacing w:after="60"/>
        <w:ind w:left="605" w:hanging="259"/>
      </w:pPr>
      <w:r>
        <w:t xml:space="preserve">•  </w:t>
      </w:r>
      <w:r>
        <w:rPr>
          <w:b/>
        </w:rPr>
        <w:t xml:space="preserve">Altar Server Training: </w:t>
      </w:r>
      <w:r>
        <w:t>Training is scheduled for October 3rd. If registration grows beyond a manageable group, an additional session may be added.</w:t>
      </w:r>
    </w:p>
    <w:p w14:paraId="73A438B2" w14:textId="0CD8CCC3" w:rsidR="00514D3A" w:rsidRDefault="002A1564">
      <w:pPr>
        <w:spacing w:after="60"/>
        <w:ind w:left="605" w:hanging="259"/>
      </w:pPr>
      <w:r>
        <w:t xml:space="preserve">•  </w:t>
      </w:r>
      <w:r>
        <w:rPr>
          <w:b/>
        </w:rPr>
        <w:t xml:space="preserve">Marriage </w:t>
      </w:r>
      <w:proofErr w:type="spellStart"/>
      <w:r>
        <w:rPr>
          <w:b/>
        </w:rPr>
        <w:t>Convalidations</w:t>
      </w:r>
      <w:proofErr w:type="spellEnd"/>
      <w:r>
        <w:rPr>
          <w:b/>
        </w:rPr>
        <w:t xml:space="preserve">: </w:t>
      </w:r>
      <w:r>
        <w:t>Approximately 30 couples are expected to have their civil marriages convalidated in the Church</w:t>
      </w:r>
      <w:r w:rsidR="009B5D9B">
        <w:t xml:space="preserve"> this Saturday. </w:t>
      </w:r>
    </w:p>
    <w:p w14:paraId="7E1FF4AE" w14:textId="432CC503" w:rsidR="00514D3A" w:rsidRDefault="002A1564">
      <w:pPr>
        <w:spacing w:after="60"/>
        <w:ind w:left="605" w:hanging="259"/>
      </w:pPr>
      <w:r>
        <w:t xml:space="preserve">•  </w:t>
      </w:r>
      <w:r>
        <w:rPr>
          <w:b/>
        </w:rPr>
        <w:t xml:space="preserve">Confession: </w:t>
      </w:r>
      <w:r w:rsidR="009B5D9B">
        <w:rPr>
          <w:bCs/>
        </w:rPr>
        <w:t>C</w:t>
      </w:r>
      <w:r>
        <w:t>onfession will resume</w:t>
      </w:r>
      <w:r w:rsidR="009B5D9B">
        <w:t xml:space="preserve"> shortly</w:t>
      </w:r>
      <w:r>
        <w:t>. Father emphasized the importance of making the sacrament familiar and comfortable for students through regular participation.</w:t>
      </w:r>
    </w:p>
    <w:p w14:paraId="2E7A69EB" w14:textId="77777777" w:rsidR="009B5D9B" w:rsidRDefault="009B5D9B">
      <w:pPr>
        <w:keepNext/>
        <w:spacing w:after="40"/>
        <w:rPr>
          <w:b/>
          <w:sz w:val="23"/>
        </w:rPr>
      </w:pPr>
    </w:p>
    <w:p w14:paraId="3CBC5A7A" w14:textId="77777777" w:rsidR="009B5D9B" w:rsidRDefault="002A1564" w:rsidP="00776BA5">
      <w:pPr>
        <w:keepNext/>
        <w:spacing w:after="40"/>
      </w:pPr>
      <w:r>
        <w:rPr>
          <w:b/>
          <w:sz w:val="23"/>
        </w:rPr>
        <w:t>Member Reports</w:t>
      </w:r>
    </w:p>
    <w:p w14:paraId="766D1577" w14:textId="77777777" w:rsidR="009B5D9B" w:rsidRDefault="009B5D9B" w:rsidP="009B5D9B">
      <w:pPr>
        <w:keepNext/>
        <w:spacing w:after="40"/>
      </w:pPr>
    </w:p>
    <w:p w14:paraId="6CCBCCBD" w14:textId="20E7C494" w:rsidR="00514D3A" w:rsidRDefault="002A1564" w:rsidP="009B5D9B">
      <w:pPr>
        <w:keepNext/>
        <w:spacing w:after="40"/>
        <w:ind w:firstLine="346"/>
      </w:pPr>
      <w:r>
        <w:rPr>
          <w:b/>
          <w:sz w:val="23"/>
        </w:rPr>
        <w:t>Staff</w:t>
      </w:r>
    </w:p>
    <w:p w14:paraId="617A61E6" w14:textId="77777777" w:rsidR="00514D3A" w:rsidRPr="009B5D9B" w:rsidRDefault="002A1564" w:rsidP="009B5D9B">
      <w:pPr>
        <w:spacing w:after="80"/>
        <w:ind w:firstLine="346"/>
      </w:pPr>
      <w:r w:rsidRPr="009B5D9B">
        <w:t>Mr. Robert Kirkham reported:</w:t>
      </w:r>
    </w:p>
    <w:p w14:paraId="2F0A9C7B" w14:textId="51DD5CCE" w:rsidR="00514D3A" w:rsidRDefault="002A1564">
      <w:pPr>
        <w:spacing w:after="60"/>
        <w:ind w:left="605" w:hanging="259"/>
      </w:pPr>
      <w:r>
        <w:t xml:space="preserve">•  </w:t>
      </w:r>
      <w:r>
        <w:rPr>
          <w:b/>
        </w:rPr>
        <w:t xml:space="preserve">Staff Transition: </w:t>
      </w:r>
      <w:r>
        <w:t xml:space="preserve">New staff members are settling in well. </w:t>
      </w:r>
    </w:p>
    <w:p w14:paraId="4521F20D" w14:textId="77777777" w:rsidR="00514D3A" w:rsidRDefault="002A1564">
      <w:pPr>
        <w:spacing w:after="60"/>
        <w:ind w:left="605" w:hanging="259"/>
      </w:pPr>
      <w:r>
        <w:t xml:space="preserve">•  </w:t>
      </w:r>
      <w:r>
        <w:rPr>
          <w:b/>
        </w:rPr>
        <w:t xml:space="preserve">Classroom Furniture: </w:t>
      </w:r>
      <w:r>
        <w:t>St. John’s School in Vancouver offered surplus, high-quality classroom furniture at no cost. A truck was rented to collect useful items for St. Paul School.</w:t>
      </w:r>
    </w:p>
    <w:p w14:paraId="0FB42A6F" w14:textId="0CBD278F" w:rsidR="00776BA5" w:rsidRDefault="002A1564" w:rsidP="00395BB1">
      <w:pPr>
        <w:spacing w:after="60"/>
        <w:ind w:left="605" w:hanging="259"/>
        <w:rPr>
          <w:b/>
          <w:sz w:val="23"/>
        </w:rPr>
      </w:pPr>
      <w:r>
        <w:t xml:space="preserve">•  </w:t>
      </w:r>
      <w:r>
        <w:rPr>
          <w:b/>
        </w:rPr>
        <w:t xml:space="preserve">Assessments: </w:t>
      </w:r>
      <w:r>
        <w:t>Teachers are completing beginning-of-year assessments to establish current student levels and identify growth or areas requiring support.</w:t>
      </w:r>
    </w:p>
    <w:p w14:paraId="1CF856AC" w14:textId="77777777" w:rsidR="00776BA5" w:rsidRDefault="00776BA5" w:rsidP="002613B6">
      <w:pPr>
        <w:keepNext/>
        <w:spacing w:after="40"/>
        <w:ind w:firstLine="346"/>
        <w:rPr>
          <w:b/>
          <w:sz w:val="23"/>
        </w:rPr>
      </w:pPr>
    </w:p>
    <w:p w14:paraId="05EAD1B2" w14:textId="6CD2A949" w:rsidR="00514D3A" w:rsidRDefault="00514D3A" w:rsidP="00395BB1">
      <w:pPr>
        <w:keepNext/>
        <w:spacing w:after="40"/>
        <w:ind w:firstLine="346"/>
      </w:pPr>
    </w:p>
    <w:p w14:paraId="63682E84" w14:textId="77777777" w:rsidR="00395BB1" w:rsidRDefault="00395BB1" w:rsidP="002613B6">
      <w:pPr>
        <w:spacing w:after="80"/>
        <w:ind w:firstLine="346"/>
      </w:pPr>
    </w:p>
    <w:p w14:paraId="168B59F9" w14:textId="77777777" w:rsidR="00395BB1" w:rsidRDefault="00395BB1" w:rsidP="002613B6">
      <w:pPr>
        <w:spacing w:after="80"/>
        <w:ind w:firstLine="346"/>
      </w:pPr>
    </w:p>
    <w:p w14:paraId="6583C821" w14:textId="77777777" w:rsidR="00395BB1" w:rsidRDefault="00395BB1" w:rsidP="002613B6">
      <w:pPr>
        <w:spacing w:after="80"/>
        <w:ind w:firstLine="346"/>
      </w:pPr>
    </w:p>
    <w:p w14:paraId="141F39BC" w14:textId="77777777" w:rsidR="00395BB1" w:rsidRPr="00395BB1" w:rsidRDefault="00395BB1" w:rsidP="002613B6">
      <w:pPr>
        <w:spacing w:after="80"/>
        <w:ind w:firstLine="346"/>
        <w:rPr>
          <w:b/>
          <w:bCs/>
          <w:sz w:val="23"/>
          <w:szCs w:val="23"/>
        </w:rPr>
      </w:pPr>
      <w:r w:rsidRPr="00395BB1">
        <w:rPr>
          <w:b/>
          <w:bCs/>
          <w:sz w:val="23"/>
          <w:szCs w:val="23"/>
        </w:rPr>
        <w:lastRenderedPageBreak/>
        <w:t>Maintenance</w:t>
      </w:r>
    </w:p>
    <w:p w14:paraId="1C7B5B87" w14:textId="74163C96" w:rsidR="00514D3A" w:rsidRDefault="002A1564" w:rsidP="002613B6">
      <w:pPr>
        <w:spacing w:after="80"/>
        <w:ind w:firstLine="346"/>
      </w:pPr>
      <w:r>
        <w:t xml:space="preserve">Mrs. Imelda </w:t>
      </w:r>
      <w:r w:rsidR="00776BA5">
        <w:t>Cheung</w:t>
      </w:r>
      <w:r>
        <w:t xml:space="preserve"> reported:</w:t>
      </w:r>
    </w:p>
    <w:p w14:paraId="437316EB" w14:textId="4D673F8F" w:rsidR="00514D3A" w:rsidRDefault="002A1564">
      <w:pPr>
        <w:spacing w:after="60"/>
        <w:ind w:left="605" w:hanging="259"/>
      </w:pPr>
      <w:r>
        <w:t xml:space="preserve">•  </w:t>
      </w:r>
      <w:r w:rsidR="002613B6">
        <w:tab/>
      </w:r>
      <w:r>
        <w:rPr>
          <w:b/>
        </w:rPr>
        <w:t xml:space="preserve">Backflow Testing / Landscaping: </w:t>
      </w:r>
      <w:r>
        <w:t>Annual backflow testing is handled through the parish/property process. Landscaping and irrigation communication should continue to include the appropriate parish contact so contractors entering the property are documented.</w:t>
      </w:r>
    </w:p>
    <w:p w14:paraId="31431D26" w14:textId="77777777" w:rsidR="00514D3A" w:rsidRDefault="002A1564">
      <w:pPr>
        <w:spacing w:after="60"/>
        <w:ind w:left="605" w:hanging="259"/>
      </w:pPr>
      <w:r>
        <w:t xml:space="preserve">•  </w:t>
      </w:r>
      <w:r>
        <w:rPr>
          <w:b/>
        </w:rPr>
        <w:t xml:space="preserve">Urgent Maintenance Expenses: </w:t>
      </w:r>
      <w:r>
        <w:t>In exceptional or urgent circumstances, a member may pay an expense directly and seek reimbursement, subject to normal accounting procedures and timing.</w:t>
      </w:r>
    </w:p>
    <w:p w14:paraId="17DCEB1E" w14:textId="77777777" w:rsidR="002613B6" w:rsidRDefault="002613B6">
      <w:pPr>
        <w:keepNext/>
        <w:spacing w:after="40"/>
      </w:pPr>
    </w:p>
    <w:p w14:paraId="0C294BF0" w14:textId="128F2075" w:rsidR="00514D3A" w:rsidRDefault="002A1564" w:rsidP="002613B6">
      <w:pPr>
        <w:keepNext/>
        <w:spacing w:after="40"/>
        <w:ind w:firstLine="346"/>
      </w:pPr>
      <w:r>
        <w:rPr>
          <w:b/>
          <w:sz w:val="23"/>
        </w:rPr>
        <w:t>Treasurer</w:t>
      </w:r>
    </w:p>
    <w:p w14:paraId="2752FD72" w14:textId="77777777" w:rsidR="00514D3A" w:rsidRDefault="002A1564" w:rsidP="002613B6">
      <w:pPr>
        <w:spacing w:after="80"/>
        <w:ind w:firstLine="346"/>
      </w:pPr>
      <w:r>
        <w:t>Mr. Stephen Litam reported:</w:t>
      </w:r>
    </w:p>
    <w:p w14:paraId="35D1CE4A" w14:textId="77777777" w:rsidR="00514D3A" w:rsidRDefault="002A1564">
      <w:pPr>
        <w:spacing w:after="60"/>
        <w:ind w:left="605" w:hanging="259"/>
      </w:pPr>
      <w:r>
        <w:t xml:space="preserve">•  </w:t>
      </w:r>
      <w:r>
        <w:rPr>
          <w:b/>
        </w:rPr>
        <w:t xml:space="preserve">Financial Position: </w:t>
      </w:r>
      <w:r>
        <w:t>The school began the year with an operating surplus of approximately $200,000. A year-end positive balance is projected, although the budget remains tight and salary increases and other cost pressures will need to be monitored.</w:t>
      </w:r>
    </w:p>
    <w:p w14:paraId="4CE3B87C" w14:textId="6350BE80" w:rsidR="00514D3A" w:rsidRDefault="002A1564">
      <w:pPr>
        <w:spacing w:after="60"/>
        <w:ind w:left="605" w:hanging="259"/>
      </w:pPr>
      <w:r>
        <w:t xml:space="preserve">•  </w:t>
      </w:r>
      <w:r>
        <w:rPr>
          <w:b/>
        </w:rPr>
        <w:t xml:space="preserve">Planning: </w:t>
      </w:r>
      <w:r>
        <w:t>Where a surplus is available, the committee discussed planning ahead for known future expenses and, where appropriate, completing needed purchases or projects earlier</w:t>
      </w:r>
      <w:r w:rsidR="002613B6">
        <w:t xml:space="preserve"> before year end cut off. </w:t>
      </w:r>
    </w:p>
    <w:p w14:paraId="12583198" w14:textId="77777777" w:rsidR="002613B6" w:rsidRDefault="002613B6">
      <w:pPr>
        <w:spacing w:after="60"/>
        <w:ind w:left="605" w:hanging="259"/>
      </w:pPr>
    </w:p>
    <w:p w14:paraId="57295173" w14:textId="77777777" w:rsidR="00514D3A" w:rsidRDefault="002A1564" w:rsidP="002613B6">
      <w:pPr>
        <w:keepNext/>
        <w:spacing w:after="40"/>
        <w:ind w:firstLine="346"/>
      </w:pPr>
      <w:r>
        <w:rPr>
          <w:b/>
          <w:sz w:val="23"/>
        </w:rPr>
        <w:t>IT</w:t>
      </w:r>
    </w:p>
    <w:p w14:paraId="672691E6" w14:textId="2BCF245C" w:rsidR="00514D3A" w:rsidRDefault="002A1564" w:rsidP="002613B6">
      <w:pPr>
        <w:spacing w:after="80"/>
        <w:ind w:firstLine="346"/>
      </w:pPr>
      <w:r>
        <w:t xml:space="preserve">Mr. </w:t>
      </w:r>
      <w:r w:rsidR="00776BA5">
        <w:t>Joey Boyes</w:t>
      </w:r>
      <w:r>
        <w:t xml:space="preserve"> reported:</w:t>
      </w:r>
    </w:p>
    <w:p w14:paraId="4DB81EB0" w14:textId="77777777" w:rsidR="00514D3A" w:rsidRDefault="002A1564">
      <w:pPr>
        <w:spacing w:after="60"/>
        <w:ind w:left="605" w:hanging="259"/>
      </w:pPr>
      <w:r>
        <w:t xml:space="preserve">•  </w:t>
      </w:r>
      <w:r>
        <w:rPr>
          <w:b/>
        </w:rPr>
        <w:t xml:space="preserve">IT Transition: </w:t>
      </w:r>
      <w:r>
        <w:t>Outgoing parent volunteers Arnold, Joe, and Jason supported the incoming IT team through the summer. The team identified a need to document processes that had previously been passed on informally.</w:t>
      </w:r>
    </w:p>
    <w:p w14:paraId="2B7E22A0" w14:textId="77777777" w:rsidR="00514D3A" w:rsidRDefault="002A1564">
      <w:pPr>
        <w:spacing w:after="60"/>
        <w:ind w:left="605" w:hanging="259"/>
      </w:pPr>
      <w:r>
        <w:t xml:space="preserve">•  </w:t>
      </w:r>
      <w:r>
        <w:rPr>
          <w:b/>
        </w:rPr>
        <w:t xml:space="preserve">IT Access: </w:t>
      </w:r>
      <w:r>
        <w:t>Keys, access codes, and after-hours access are being transferred to the new team so work can be completed on evenings and weekends.</w:t>
      </w:r>
    </w:p>
    <w:p w14:paraId="2103220D" w14:textId="5049BC8F" w:rsidR="00514D3A" w:rsidRDefault="002A1564">
      <w:pPr>
        <w:spacing w:after="60"/>
        <w:ind w:left="605" w:hanging="259"/>
      </w:pPr>
      <w:r>
        <w:t xml:space="preserve">•  </w:t>
      </w:r>
      <w:r>
        <w:rPr>
          <w:b/>
        </w:rPr>
        <w:t xml:space="preserve">Device Setup: </w:t>
      </w:r>
      <w:r>
        <w:t xml:space="preserve">The IT team is ready to prepare the Grade 4 Chromebooks and school iPads. </w:t>
      </w:r>
      <w:proofErr w:type="gramStart"/>
      <w:r>
        <w:t>The upcoming</w:t>
      </w:r>
      <w:proofErr w:type="gramEnd"/>
      <w:r>
        <w:t xml:space="preserve"> Saturday will provide an opportunity for the team to complete setup.</w:t>
      </w:r>
    </w:p>
    <w:p w14:paraId="103E22F8" w14:textId="13415F32" w:rsidR="00514D3A" w:rsidRDefault="00514D3A">
      <w:pPr>
        <w:spacing w:after="60"/>
        <w:ind w:left="605" w:hanging="259"/>
      </w:pPr>
    </w:p>
    <w:p w14:paraId="3AD03A31" w14:textId="77777777" w:rsidR="00514D3A" w:rsidRDefault="002A1564" w:rsidP="002613B6">
      <w:pPr>
        <w:keepNext/>
        <w:spacing w:after="40"/>
        <w:ind w:firstLine="346"/>
      </w:pPr>
      <w:r>
        <w:rPr>
          <w:b/>
          <w:sz w:val="23"/>
        </w:rPr>
        <w:t>Parent Participation</w:t>
      </w:r>
    </w:p>
    <w:p w14:paraId="6155492F" w14:textId="45C88368" w:rsidR="00514D3A" w:rsidRDefault="002A1564" w:rsidP="002613B6">
      <w:pPr>
        <w:spacing w:after="80"/>
        <w:ind w:firstLine="346"/>
      </w:pPr>
      <w:r>
        <w:t xml:space="preserve">Mr. Harry </w:t>
      </w:r>
      <w:proofErr w:type="gramStart"/>
      <w:r>
        <w:t xml:space="preserve">Chik </w:t>
      </w:r>
      <w:r w:rsidR="00776BA5">
        <w:t xml:space="preserve"> and</w:t>
      </w:r>
      <w:proofErr w:type="gramEnd"/>
      <w:r w:rsidR="00776BA5">
        <w:t xml:space="preserve"> Jenny Chau </w:t>
      </w:r>
      <w:r>
        <w:t>reported:</w:t>
      </w:r>
    </w:p>
    <w:p w14:paraId="1FE572AF" w14:textId="77777777" w:rsidR="00514D3A" w:rsidRDefault="002A1564">
      <w:pPr>
        <w:spacing w:after="60"/>
        <w:ind w:left="605" w:hanging="259"/>
      </w:pPr>
      <w:r>
        <w:t xml:space="preserve">•  </w:t>
      </w:r>
      <w:r>
        <w:rPr>
          <w:b/>
        </w:rPr>
        <w:t xml:space="preserve">Bingo: </w:t>
      </w:r>
      <w:r>
        <w:t>Bingo operations have been running normally since July, with only minor issues that are being resolved.</w:t>
      </w:r>
    </w:p>
    <w:p w14:paraId="406D588C" w14:textId="77777777" w:rsidR="00514D3A" w:rsidRDefault="002A1564">
      <w:pPr>
        <w:spacing w:after="60"/>
        <w:ind w:left="605" w:hanging="259"/>
      </w:pPr>
      <w:r>
        <w:t xml:space="preserve">•  </w:t>
      </w:r>
      <w:r>
        <w:rPr>
          <w:b/>
        </w:rPr>
        <w:t xml:space="preserve">Bingo Equipment: </w:t>
      </w:r>
      <w:r>
        <w:t>A failed monitor in the bingo office was replaced.</w:t>
      </w:r>
    </w:p>
    <w:p w14:paraId="3DEADCCF" w14:textId="77777777" w:rsidR="00514D3A" w:rsidRDefault="002A1564">
      <w:pPr>
        <w:spacing w:after="60"/>
        <w:ind w:left="605" w:hanging="259"/>
      </w:pPr>
      <w:r>
        <w:t xml:space="preserve">•  </w:t>
      </w:r>
      <w:r>
        <w:rPr>
          <w:b/>
        </w:rPr>
        <w:t xml:space="preserve">Volunteers: </w:t>
      </w:r>
      <w:r>
        <w:t>A prospective future school parent interested in volunteering with bingo was discussed and will be directed through the appropriate parish/parent participation process.</w:t>
      </w:r>
    </w:p>
    <w:p w14:paraId="3DA88CF8" w14:textId="77777777" w:rsidR="00776BA5" w:rsidRDefault="00776BA5">
      <w:pPr>
        <w:spacing w:after="60"/>
        <w:ind w:left="605" w:hanging="259"/>
      </w:pPr>
    </w:p>
    <w:p w14:paraId="7625C4E4" w14:textId="4322DF36" w:rsidR="00514D3A" w:rsidRDefault="00395BB1" w:rsidP="00395BB1">
      <w:pPr>
        <w:keepNext/>
        <w:spacing w:after="40"/>
        <w:ind w:firstLine="346"/>
      </w:pPr>
      <w:r>
        <w:rPr>
          <w:b/>
          <w:sz w:val="23"/>
        </w:rPr>
        <w:t>Parish Council</w:t>
      </w:r>
    </w:p>
    <w:p w14:paraId="1DD5D9BC" w14:textId="562F6A75" w:rsidR="002613B6" w:rsidRDefault="00395BB1" w:rsidP="00395BB1">
      <w:pPr>
        <w:spacing w:after="200"/>
        <w:ind w:firstLine="346"/>
      </w:pPr>
      <w:r>
        <w:t>Nothing to report.</w:t>
      </w:r>
    </w:p>
    <w:p w14:paraId="19CCE278" w14:textId="77777777" w:rsidR="00395BB1" w:rsidRDefault="00395BB1" w:rsidP="00395BB1">
      <w:pPr>
        <w:spacing w:after="40"/>
      </w:pPr>
      <w:r>
        <w:t>The meeting adjourned at 8:20pm with a closing prayer led by Fr. Thomas Smith.</w:t>
      </w:r>
    </w:p>
    <w:p w14:paraId="2A67355A" w14:textId="77777777" w:rsidR="00395BB1" w:rsidRDefault="00395BB1" w:rsidP="00395BB1">
      <w:pPr>
        <w:spacing w:after="0"/>
      </w:pPr>
    </w:p>
    <w:p w14:paraId="6FDFF61F" w14:textId="4C611283" w:rsidR="00395BB1" w:rsidRDefault="002A1564" w:rsidP="00395BB1">
      <w:pPr>
        <w:spacing w:after="200"/>
      </w:pPr>
      <w:r>
        <w:t xml:space="preserve">The next PEC meeting is scheduled for Tuesday, October 13th, 2026. </w:t>
      </w:r>
    </w:p>
    <w:sectPr w:rsidR="00395BB1" w:rsidSect="00776BA5">
      <w:footerReference w:type="default" r:id="rId8"/>
      <w:pgSz w:w="12240" w:h="15840"/>
      <w:pgMar w:top="851" w:right="1224" w:bottom="1037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BFC0C" w14:textId="77777777" w:rsidR="00CE7D00" w:rsidRDefault="00CE7D00">
      <w:pPr>
        <w:spacing w:after="0" w:line="240" w:lineRule="auto"/>
      </w:pPr>
      <w:r>
        <w:separator/>
      </w:r>
    </w:p>
  </w:endnote>
  <w:endnote w:type="continuationSeparator" w:id="0">
    <w:p w14:paraId="4E07EFE4" w14:textId="77777777" w:rsidR="00CE7D00" w:rsidRDefault="00CE7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98598" w14:textId="77777777" w:rsidR="00514D3A" w:rsidRDefault="002A1564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9B7E0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7E145" w14:textId="77777777" w:rsidR="00CE7D00" w:rsidRDefault="00CE7D00">
      <w:pPr>
        <w:spacing w:after="0" w:line="240" w:lineRule="auto"/>
      </w:pPr>
      <w:r>
        <w:separator/>
      </w:r>
    </w:p>
  </w:footnote>
  <w:footnote w:type="continuationSeparator" w:id="0">
    <w:p w14:paraId="24532520" w14:textId="77777777" w:rsidR="00CE7D00" w:rsidRDefault="00CE7D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1220884">
    <w:abstractNumId w:val="8"/>
  </w:num>
  <w:num w:numId="2" w16cid:durableId="484012098">
    <w:abstractNumId w:val="6"/>
  </w:num>
  <w:num w:numId="3" w16cid:durableId="339553376">
    <w:abstractNumId w:val="5"/>
  </w:num>
  <w:num w:numId="4" w16cid:durableId="52776034">
    <w:abstractNumId w:val="4"/>
  </w:num>
  <w:num w:numId="5" w16cid:durableId="1898668179">
    <w:abstractNumId w:val="7"/>
  </w:num>
  <w:num w:numId="6" w16cid:durableId="1439720885">
    <w:abstractNumId w:val="3"/>
  </w:num>
  <w:num w:numId="7" w16cid:durableId="1690713068">
    <w:abstractNumId w:val="2"/>
  </w:num>
  <w:num w:numId="8" w16cid:durableId="1321078709">
    <w:abstractNumId w:val="1"/>
  </w:num>
  <w:num w:numId="9" w16cid:durableId="935477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13B6"/>
    <w:rsid w:val="0029639D"/>
    <w:rsid w:val="002A1564"/>
    <w:rsid w:val="00326F90"/>
    <w:rsid w:val="00395BB1"/>
    <w:rsid w:val="00430E3C"/>
    <w:rsid w:val="00514D3A"/>
    <w:rsid w:val="006B0DC4"/>
    <w:rsid w:val="00776BA5"/>
    <w:rsid w:val="00815D78"/>
    <w:rsid w:val="008C7A8F"/>
    <w:rsid w:val="008F56B7"/>
    <w:rsid w:val="00963C70"/>
    <w:rsid w:val="009B5D9B"/>
    <w:rsid w:val="009B7E05"/>
    <w:rsid w:val="00AA1D8D"/>
    <w:rsid w:val="00B47730"/>
    <w:rsid w:val="00B62B33"/>
    <w:rsid w:val="00C63A8A"/>
    <w:rsid w:val="00C65F0F"/>
    <w:rsid w:val="00CB0664"/>
    <w:rsid w:val="00CE7D00"/>
    <w:rsid w:val="00CF5D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367FE0"/>
  <w14:defaultImageDpi w14:val="300"/>
  <w15:docId w15:val="{74A42247-AB31-4108-BBC1-589994192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B33"/>
    <w:pPr>
      <w:spacing w:after="12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989</Words>
  <Characters>5617</Characters>
  <Application>Microsoft Office Word</Application>
  <DocSecurity>0</DocSecurity>
  <Lines>132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 Estrella</cp:lastModifiedBy>
  <cp:revision>2</cp:revision>
  <dcterms:created xsi:type="dcterms:W3CDTF">2026-09-18T18:31:00Z</dcterms:created>
  <dcterms:modified xsi:type="dcterms:W3CDTF">2026-09-18T18:31:00Z</dcterms:modified>
  <cp:category/>
</cp:coreProperties>
</file>